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4ADE0" w14:textId="77777777" w:rsidR="00A4341A" w:rsidRPr="00212DA6" w:rsidRDefault="008B2900" w:rsidP="00A83A56">
      <w:pPr>
        <w:spacing w:after="120"/>
        <w:ind w:left="-851" w:right="-858"/>
        <w:jc w:val="right"/>
      </w:pPr>
      <w:r w:rsidRPr="00212DA6">
        <w:t>Al Comune di Cercola (NA)</w:t>
      </w:r>
      <w:r w:rsidRPr="00212DA6">
        <w:br/>
        <w:t>Ufficio Tutela del Paesaggio</w:t>
      </w:r>
      <w:r w:rsidRPr="00212DA6">
        <w:br/>
        <w:t>PEC: ll.pp.cercola@asmepec.it</w:t>
      </w:r>
    </w:p>
    <w:p w14:paraId="03EF6D0E" w14:textId="77777777" w:rsidR="00A4341A" w:rsidRPr="00212DA6" w:rsidRDefault="00A4341A" w:rsidP="00A83A56">
      <w:pPr>
        <w:ind w:left="-851" w:right="-858"/>
      </w:pPr>
    </w:p>
    <w:p w14:paraId="13375D2C" w14:textId="77777777" w:rsidR="00A4341A" w:rsidRPr="00212DA6" w:rsidRDefault="008B2900" w:rsidP="00A83A56">
      <w:pPr>
        <w:ind w:left="-851" w:right="-858"/>
        <w:jc w:val="center"/>
      </w:pPr>
      <w:r w:rsidRPr="00212DA6">
        <w:rPr>
          <w:b/>
          <w:sz w:val="26"/>
        </w:rPr>
        <w:t>MODELLO A – DOMANDA DI PARTECIPAZIONE</w:t>
      </w:r>
    </w:p>
    <w:p w14:paraId="4DFE2578" w14:textId="77777777" w:rsidR="00A4341A" w:rsidRPr="00212DA6" w:rsidRDefault="008B2900" w:rsidP="00A83A56">
      <w:pPr>
        <w:spacing w:after="120"/>
        <w:ind w:left="-851" w:right="-858"/>
        <w:jc w:val="center"/>
      </w:pPr>
      <w:r w:rsidRPr="00212DA6">
        <w:t>Avviso pubblico per la selezione degli esperti per la formazione degli elenchi e la nomina dei componenti della Commissione Locale per il Paesaggio (CLP).</w:t>
      </w:r>
    </w:p>
    <w:p w14:paraId="29F0472F" w14:textId="77777777" w:rsidR="00A4341A" w:rsidRPr="00212DA6" w:rsidRDefault="008B2900" w:rsidP="00A83A56">
      <w:pPr>
        <w:ind w:left="-851" w:right="-858"/>
        <w:jc w:val="center"/>
      </w:pPr>
      <w:r w:rsidRPr="00212DA6">
        <w:t>Regolamento comunale approvato con Deliberazione di Consiglio Comunale n. 6 del 24/02/2026.</w:t>
      </w:r>
    </w:p>
    <w:p w14:paraId="01E7A0B5" w14:textId="77777777" w:rsidR="00A4341A" w:rsidRPr="00212DA6" w:rsidRDefault="00A4341A" w:rsidP="00A83A56">
      <w:pPr>
        <w:ind w:left="-851" w:right="-858"/>
      </w:pPr>
    </w:p>
    <w:p w14:paraId="2E0CEFEF" w14:textId="77777777" w:rsidR="00A4341A" w:rsidRPr="00212DA6" w:rsidRDefault="008B2900" w:rsidP="00A83A56">
      <w:pPr>
        <w:spacing w:after="120"/>
        <w:ind w:left="-851" w:right="-858"/>
      </w:pPr>
      <w:r w:rsidRPr="00212DA6">
        <w:t>Il/La sottoscritto/a:</w:t>
      </w:r>
    </w:p>
    <w:p w14:paraId="415D75CC" w14:textId="77777777" w:rsidR="00A4341A" w:rsidRPr="00212DA6" w:rsidRDefault="008B2900" w:rsidP="00A83A56">
      <w:pPr>
        <w:spacing w:after="0"/>
        <w:ind w:left="-851" w:right="-858"/>
      </w:pPr>
      <w:r w:rsidRPr="00212DA6">
        <w:t>Cognome e Nome: ________________________________________________</w:t>
      </w:r>
    </w:p>
    <w:p w14:paraId="397CF903" w14:textId="77777777" w:rsidR="00A4341A" w:rsidRPr="00212DA6" w:rsidRDefault="008B2900" w:rsidP="00A83A56">
      <w:pPr>
        <w:spacing w:after="0"/>
        <w:ind w:left="-851" w:right="-858"/>
      </w:pPr>
      <w:r w:rsidRPr="00212DA6">
        <w:t>Nato/a a __________________________ (____) il __/__/____</w:t>
      </w:r>
    </w:p>
    <w:p w14:paraId="0A69C322" w14:textId="77777777" w:rsidR="00A4341A" w:rsidRPr="00212DA6" w:rsidRDefault="008B2900" w:rsidP="00A83A56">
      <w:pPr>
        <w:spacing w:after="0"/>
        <w:ind w:left="-851" w:right="-858"/>
      </w:pPr>
      <w:r w:rsidRPr="00212DA6">
        <w:t>Residente in __________________________ (____), Via __________________________ n. ____</w:t>
      </w:r>
    </w:p>
    <w:p w14:paraId="166F9711" w14:textId="77777777" w:rsidR="00A4341A" w:rsidRPr="00212DA6" w:rsidRDefault="008B2900" w:rsidP="00A83A56">
      <w:pPr>
        <w:spacing w:after="0"/>
        <w:ind w:left="-851" w:right="-858"/>
      </w:pPr>
      <w:r w:rsidRPr="00212DA6">
        <w:t>Codice Fiscale _________________________</w:t>
      </w:r>
      <w:proofErr w:type="gramStart"/>
      <w:r w:rsidRPr="00212DA6">
        <w:t>_  P.IVA</w:t>
      </w:r>
      <w:proofErr w:type="gramEnd"/>
      <w:r w:rsidRPr="00212DA6">
        <w:t xml:space="preserve"> __________________________</w:t>
      </w:r>
    </w:p>
    <w:p w14:paraId="520324FE" w14:textId="77777777" w:rsidR="00A4341A" w:rsidRPr="00212DA6" w:rsidRDefault="008B2900" w:rsidP="00A83A56">
      <w:pPr>
        <w:spacing w:after="0"/>
        <w:ind w:left="-851" w:right="-858"/>
      </w:pPr>
      <w:r w:rsidRPr="00212DA6">
        <w:t>Tel. _________________</w:t>
      </w:r>
      <w:proofErr w:type="gramStart"/>
      <w:r w:rsidRPr="00212DA6">
        <w:t>_  Email</w:t>
      </w:r>
      <w:proofErr w:type="gramEnd"/>
      <w:r w:rsidRPr="00212DA6">
        <w:t xml:space="preserve"> __________________  PEC __________________</w:t>
      </w:r>
    </w:p>
    <w:p w14:paraId="5DAEF87E" w14:textId="77777777" w:rsidR="00A4341A" w:rsidRPr="00212DA6" w:rsidRDefault="008B2900" w:rsidP="00A83A56">
      <w:pPr>
        <w:spacing w:after="0"/>
        <w:ind w:left="-851" w:right="-858"/>
      </w:pPr>
      <w:r w:rsidRPr="00212DA6">
        <w:t>Ordine/Collegio professionale (se pertinente) _________________</w:t>
      </w:r>
      <w:proofErr w:type="gramStart"/>
      <w:r w:rsidRPr="00212DA6">
        <w:t>_  n.</w:t>
      </w:r>
      <w:proofErr w:type="gramEnd"/>
      <w:r w:rsidRPr="00212DA6">
        <w:t xml:space="preserve"> iscrizione ________  Provincia ________</w:t>
      </w:r>
    </w:p>
    <w:p w14:paraId="1C7FD9E9" w14:textId="77777777" w:rsidR="00A4341A" w:rsidRPr="00212DA6" w:rsidRDefault="00A4341A" w:rsidP="00A83A56">
      <w:pPr>
        <w:ind w:left="-851" w:right="-858"/>
      </w:pPr>
    </w:p>
    <w:p w14:paraId="6FD774D7" w14:textId="77777777" w:rsidR="00A4341A" w:rsidRPr="00212DA6" w:rsidRDefault="008B2900" w:rsidP="00A83A56">
      <w:pPr>
        <w:ind w:left="-851" w:right="-858"/>
        <w:jc w:val="center"/>
      </w:pPr>
      <w:r w:rsidRPr="00212DA6">
        <w:rPr>
          <w:b/>
          <w:sz w:val="24"/>
        </w:rPr>
        <w:t>CHIEDE</w:t>
      </w:r>
    </w:p>
    <w:p w14:paraId="37AA5AF6" w14:textId="77777777" w:rsidR="00A4341A" w:rsidRPr="00212DA6" w:rsidRDefault="008B2900" w:rsidP="00A83A56">
      <w:pPr>
        <w:spacing w:after="120"/>
        <w:ind w:left="-851" w:right="-858"/>
      </w:pPr>
      <w:r w:rsidRPr="00212DA6">
        <w:t>di essere ammesso/a alla procedura ad evidenza pubblica per la formazione degli elenchi di esperti e la nomina dei componenti della Commissione Locale per il Paesaggio, in qualità di esperto nella seguente materia (una sola scelta):</w:t>
      </w:r>
    </w:p>
    <w:p w14:paraId="1D7056C7" w14:textId="77777777" w:rsidR="00A4341A" w:rsidRPr="00212DA6" w:rsidRDefault="008B2900" w:rsidP="00A83A56">
      <w:pPr>
        <w:spacing w:after="0"/>
        <w:ind w:left="-851" w:right="-858"/>
      </w:pPr>
      <w:r w:rsidRPr="00212DA6">
        <w:t>☐ Beni Ambientali</w:t>
      </w:r>
    </w:p>
    <w:p w14:paraId="79BDC7BD" w14:textId="77777777" w:rsidR="00A4341A" w:rsidRPr="00212DA6" w:rsidRDefault="008B2900" w:rsidP="00A83A56">
      <w:pPr>
        <w:spacing w:after="0"/>
        <w:ind w:left="-851" w:right="-858"/>
      </w:pPr>
      <w:r w:rsidRPr="00212DA6">
        <w:t>☐ Storia dell’Arte, discipline pittoriche e Arti Figurative</w:t>
      </w:r>
    </w:p>
    <w:p w14:paraId="00A48763" w14:textId="77777777" w:rsidR="00A4341A" w:rsidRPr="00212DA6" w:rsidRDefault="008B2900" w:rsidP="00A83A56">
      <w:pPr>
        <w:spacing w:after="0"/>
        <w:ind w:left="-851" w:right="-858"/>
      </w:pPr>
      <w:r w:rsidRPr="00212DA6">
        <w:t>☐ Discipline Agricole, Forestali e Naturalistiche</w:t>
      </w:r>
    </w:p>
    <w:p w14:paraId="42EA9FD4" w14:textId="77777777" w:rsidR="00A4341A" w:rsidRPr="00212DA6" w:rsidRDefault="008B2900" w:rsidP="00A83A56">
      <w:pPr>
        <w:spacing w:after="0"/>
        <w:ind w:left="-851" w:right="-858"/>
      </w:pPr>
      <w:r w:rsidRPr="00212DA6">
        <w:t>☐ Discipline Storiche</w:t>
      </w:r>
    </w:p>
    <w:p w14:paraId="3E027111" w14:textId="77777777" w:rsidR="00A4341A" w:rsidRPr="00212DA6" w:rsidRDefault="008B2900" w:rsidP="00A83A56">
      <w:pPr>
        <w:spacing w:after="0"/>
        <w:ind w:left="-851" w:right="-858"/>
      </w:pPr>
      <w:r w:rsidRPr="00212DA6">
        <w:t>☐ Legislazione dei Beni Culturali</w:t>
      </w:r>
    </w:p>
    <w:p w14:paraId="7EB87170" w14:textId="77777777" w:rsidR="00A4341A" w:rsidRPr="00212DA6" w:rsidRDefault="00A4341A" w:rsidP="00A83A56">
      <w:pPr>
        <w:ind w:left="-851" w:right="-858"/>
      </w:pPr>
    </w:p>
    <w:p w14:paraId="04E4D4D8" w14:textId="77777777" w:rsidR="00A4341A" w:rsidRPr="00212DA6" w:rsidRDefault="008B2900" w:rsidP="00A83A56">
      <w:pPr>
        <w:ind w:left="-851" w:right="-858"/>
        <w:jc w:val="center"/>
      </w:pPr>
      <w:r w:rsidRPr="00212DA6">
        <w:rPr>
          <w:b/>
          <w:sz w:val="24"/>
        </w:rPr>
        <w:t>DICHIARA</w:t>
      </w:r>
    </w:p>
    <w:p w14:paraId="59C61F62" w14:textId="77777777" w:rsidR="00A4341A" w:rsidRPr="00212DA6" w:rsidRDefault="008B2900" w:rsidP="00A83A56">
      <w:pPr>
        <w:spacing w:after="120"/>
        <w:ind w:left="-851" w:right="-858"/>
      </w:pPr>
      <w:r w:rsidRPr="00212DA6">
        <w:t>ai sensi degli artt. 46 e 47 del D.P.R. 445/2000, consapevole delle sanzioni penali di cui all’art. 76 del medesimo D.P.R. in caso di dichiarazioni mendaci:</w:t>
      </w:r>
    </w:p>
    <w:p w14:paraId="20AEE64B" w14:textId="77777777" w:rsidR="00A4341A" w:rsidRPr="00212DA6" w:rsidRDefault="008B2900" w:rsidP="00A83A56">
      <w:pPr>
        <w:spacing w:after="0"/>
        <w:ind w:left="-851" w:right="-858"/>
      </w:pPr>
      <w:r w:rsidRPr="00212DA6">
        <w:t>1) di essere in possesso di adeguato titolo di studio attinente alla materia prescelta e di esperienza professionale maturata nella tutela del paesaggio (come da CV allegato);</w:t>
      </w:r>
    </w:p>
    <w:p w14:paraId="70C5901A" w14:textId="77777777" w:rsidR="00A4341A" w:rsidRPr="00212DA6" w:rsidRDefault="008B2900" w:rsidP="00A83A56">
      <w:pPr>
        <w:spacing w:after="0"/>
        <w:ind w:left="-851" w:right="-858"/>
      </w:pPr>
      <w:r w:rsidRPr="00212DA6">
        <w:t>2) di godere dei diritti civili e politici e di essere cittadino/a maggiorenne;</w:t>
      </w:r>
    </w:p>
    <w:p w14:paraId="663632E0" w14:textId="77777777" w:rsidR="00A4341A" w:rsidRPr="00212DA6" w:rsidRDefault="008B2900" w:rsidP="00A83A56">
      <w:pPr>
        <w:spacing w:after="0"/>
        <w:ind w:left="-851" w:right="-858"/>
      </w:pPr>
      <w:r w:rsidRPr="00212DA6">
        <w:lastRenderedPageBreak/>
        <w:t>3) di non aver riportato condanne penali ostative e di non trovarsi in condizioni che comportino l’esclusione dalla partecipazione a procedure della Pubblica Amministrazione;</w:t>
      </w:r>
    </w:p>
    <w:p w14:paraId="484A97E9" w14:textId="77777777" w:rsidR="00A4341A" w:rsidRPr="00212DA6" w:rsidRDefault="008B2900" w:rsidP="00A83A56">
      <w:pPr>
        <w:spacing w:after="0"/>
        <w:ind w:left="-851" w:right="-858"/>
      </w:pPr>
      <w:r w:rsidRPr="00212DA6">
        <w:t>4) di non avere liti pendenti con il Comune di Cercola;</w:t>
      </w:r>
    </w:p>
    <w:p w14:paraId="70B2ABFE" w14:textId="77777777" w:rsidR="00A4341A" w:rsidRPr="00212DA6" w:rsidRDefault="008B2900" w:rsidP="00A83A56">
      <w:pPr>
        <w:spacing w:after="0"/>
        <w:ind w:left="-851" w:right="-858"/>
      </w:pPr>
      <w:r w:rsidRPr="00212DA6">
        <w:t>5) di non trovarsi in alcuna delle condizioni di incompatibilità e conflitto di interessi previste dal Regolamento comunale (art. 8) e dalla normativa vigente;</w:t>
      </w:r>
    </w:p>
    <w:p w14:paraId="117D3420" w14:textId="77777777" w:rsidR="00A4341A" w:rsidRPr="00212DA6" w:rsidRDefault="008B2900" w:rsidP="00A83A56">
      <w:pPr>
        <w:spacing w:after="0"/>
        <w:ind w:left="-851" w:right="-858"/>
      </w:pPr>
      <w:r w:rsidRPr="00212DA6">
        <w:t>6) di non essere dipendente né amministratore del Comune di Cercola, né coniuge/parenti/affini di primo grado dei medesimi (per la candidatura quale membro esperto);</w:t>
      </w:r>
    </w:p>
    <w:p w14:paraId="0B45650D" w14:textId="77777777" w:rsidR="00A4341A" w:rsidRPr="00212DA6" w:rsidRDefault="008B2900" w:rsidP="00A83A56">
      <w:pPr>
        <w:spacing w:after="0"/>
        <w:ind w:left="-851" w:right="-858"/>
      </w:pPr>
      <w:r w:rsidRPr="00212DA6">
        <w:t>7) di non essere rappresentante o dipendente di Enti/Istituzioni cui per legge è demandato parere specifico e autonomo in materia;</w:t>
      </w:r>
    </w:p>
    <w:p w14:paraId="00426AC2" w14:textId="691314EC" w:rsidR="00A4341A" w:rsidRPr="00212DA6" w:rsidRDefault="008B2900" w:rsidP="00A83A56">
      <w:pPr>
        <w:spacing w:after="0"/>
        <w:ind w:left="-851" w:right="-858"/>
        <w:rPr>
          <w:strike/>
        </w:rPr>
      </w:pPr>
      <w:r w:rsidRPr="00212DA6">
        <w:rPr>
          <w:strike/>
        </w:rPr>
        <w:t>8) di non aver svolto il ruolo di componente esperto della CLP del Comune di Cercola per due mandati consecutivi;</w:t>
      </w:r>
      <w:r w:rsidR="00212DA6" w:rsidRPr="00212DA6">
        <w:t>(*)</w:t>
      </w:r>
    </w:p>
    <w:p w14:paraId="0F064F73" w14:textId="77777777" w:rsidR="00A4341A" w:rsidRPr="00212DA6" w:rsidRDefault="008B2900" w:rsidP="00A83A56">
      <w:pPr>
        <w:spacing w:after="0"/>
        <w:ind w:left="-851" w:right="-858"/>
      </w:pPr>
      <w:r w:rsidRPr="00212DA6">
        <w:t>9) di impegnarsi al rispetto degli obblighi di astensione in caso di conflitto di interessi e delle norme di comportamento previste per i dipendenti pubblici, per quanto compatibili;</w:t>
      </w:r>
    </w:p>
    <w:p w14:paraId="0022A063" w14:textId="77777777" w:rsidR="00A4341A" w:rsidRPr="00212DA6" w:rsidRDefault="008B2900" w:rsidP="00A83A56">
      <w:pPr>
        <w:spacing w:after="0"/>
        <w:ind w:left="-851" w:right="-858"/>
      </w:pPr>
      <w:r w:rsidRPr="00212DA6">
        <w:t>10) di impegnarsi a comunicare tempestivamente ogni variazione dei recapiti e dei requisiti dichiarati;</w:t>
      </w:r>
    </w:p>
    <w:p w14:paraId="4B6F9AE3" w14:textId="77777777" w:rsidR="00A4341A" w:rsidRPr="00212DA6" w:rsidRDefault="00A4341A" w:rsidP="00A83A56">
      <w:pPr>
        <w:ind w:left="-851" w:right="-858"/>
      </w:pPr>
    </w:p>
    <w:p w14:paraId="1395C6D9" w14:textId="77777777" w:rsidR="00A4341A" w:rsidRPr="00212DA6" w:rsidRDefault="008B2900" w:rsidP="00A83A56">
      <w:pPr>
        <w:ind w:left="-851" w:right="-858"/>
        <w:jc w:val="center"/>
      </w:pPr>
      <w:r w:rsidRPr="00212DA6">
        <w:rPr>
          <w:b/>
          <w:sz w:val="24"/>
        </w:rPr>
        <w:t>ALLEGATI</w:t>
      </w:r>
    </w:p>
    <w:p w14:paraId="73FA38BD" w14:textId="77777777" w:rsidR="00A4341A" w:rsidRPr="00212DA6" w:rsidRDefault="008B2900" w:rsidP="00A83A56">
      <w:pPr>
        <w:spacing w:after="0"/>
        <w:ind w:left="-851" w:right="-858"/>
      </w:pPr>
      <w:r w:rsidRPr="00212DA6">
        <w:t>☐ Curriculum vitae in formato europeo, sottoscritto con firma digitale;</w:t>
      </w:r>
    </w:p>
    <w:p w14:paraId="615F968E" w14:textId="77777777" w:rsidR="00A4341A" w:rsidRPr="00212DA6" w:rsidRDefault="008B2900" w:rsidP="00A83A56">
      <w:pPr>
        <w:spacing w:after="0"/>
        <w:ind w:left="-851" w:right="-858"/>
      </w:pPr>
      <w:r w:rsidRPr="00212DA6">
        <w:t>☐ Scheda di censimento (Modello B – Excel) compilata;</w:t>
      </w:r>
    </w:p>
    <w:p w14:paraId="2B1FB502" w14:textId="77777777" w:rsidR="00A4341A" w:rsidRPr="00212DA6" w:rsidRDefault="008B2900" w:rsidP="00A83A56">
      <w:pPr>
        <w:spacing w:after="0"/>
        <w:ind w:left="-851" w:right="-858"/>
      </w:pPr>
      <w:r w:rsidRPr="00212DA6">
        <w:t>☐ Copia documento di identità (se dovuta);</w:t>
      </w:r>
    </w:p>
    <w:p w14:paraId="7A6FC505" w14:textId="77777777" w:rsidR="00A4341A" w:rsidRPr="00212DA6" w:rsidRDefault="008B2900" w:rsidP="00A83A56">
      <w:pPr>
        <w:spacing w:after="0"/>
        <w:ind w:left="-851" w:right="-858"/>
      </w:pPr>
      <w:r w:rsidRPr="00212DA6">
        <w:t>☐ Ulteriore documentazione (titoli/attestati) pertinente alla materia prescelta: ____________________________</w:t>
      </w:r>
    </w:p>
    <w:p w14:paraId="2CE652F8" w14:textId="77777777" w:rsidR="00A4341A" w:rsidRPr="00212DA6" w:rsidRDefault="00A4341A" w:rsidP="00A83A56">
      <w:pPr>
        <w:ind w:left="-851" w:right="-858"/>
      </w:pPr>
    </w:p>
    <w:p w14:paraId="1B09BB34" w14:textId="77777777" w:rsidR="00A4341A" w:rsidRPr="00212DA6" w:rsidRDefault="008B2900" w:rsidP="00A83A56">
      <w:pPr>
        <w:ind w:left="-851" w:right="-858"/>
        <w:jc w:val="center"/>
      </w:pPr>
      <w:r w:rsidRPr="00212DA6">
        <w:rPr>
          <w:b/>
          <w:sz w:val="24"/>
        </w:rPr>
        <w:t>INFORMATIVA PRIVACY</w:t>
      </w:r>
    </w:p>
    <w:p w14:paraId="5F5F7BD3" w14:textId="77777777" w:rsidR="00A4341A" w:rsidRPr="00212DA6" w:rsidRDefault="008B2900" w:rsidP="00A83A56">
      <w:pPr>
        <w:spacing w:after="120"/>
        <w:ind w:left="-851" w:right="-858"/>
      </w:pPr>
      <w:r w:rsidRPr="00212DA6">
        <w:t>Il/La sottoscritto/a dichiara di aver preso visione dell’informativa sul trattamento dei dati personali resa nel bando, ai sensi del Reg. (UE) 2016/679 (GDPR) e del D.Lgs. 196/2003 come modificato dal D.Lgs. 101/2018.</w:t>
      </w:r>
    </w:p>
    <w:p w14:paraId="6D1E47DC" w14:textId="77777777" w:rsidR="00A4341A" w:rsidRPr="00212DA6" w:rsidRDefault="00A4341A" w:rsidP="00A83A56">
      <w:pPr>
        <w:ind w:left="-851" w:right="-858"/>
      </w:pPr>
    </w:p>
    <w:p w14:paraId="3DB7A694" w14:textId="77777777" w:rsidR="00A4341A" w:rsidRPr="00212DA6" w:rsidRDefault="008B2900" w:rsidP="00A83A56">
      <w:pPr>
        <w:spacing w:after="0"/>
        <w:ind w:left="-851" w:right="-858"/>
      </w:pPr>
      <w:r w:rsidRPr="00212DA6">
        <w:t>Luogo e data: ____________________, __/__/2026</w:t>
      </w:r>
    </w:p>
    <w:p w14:paraId="497E45B8" w14:textId="77777777" w:rsidR="00A4341A" w:rsidRPr="00212DA6" w:rsidRDefault="008B2900" w:rsidP="00A83A56">
      <w:pPr>
        <w:spacing w:after="0"/>
        <w:ind w:left="-851" w:right="-858"/>
      </w:pPr>
      <w:r w:rsidRPr="00212DA6">
        <w:t>Firma digitale del candidato</w:t>
      </w:r>
    </w:p>
    <w:p w14:paraId="0C458867" w14:textId="1C168E89" w:rsidR="00A4341A" w:rsidRPr="00212DA6" w:rsidRDefault="008B2900" w:rsidP="00A83A56">
      <w:pPr>
        <w:spacing w:after="0"/>
        <w:ind w:left="-851" w:right="-858"/>
      </w:pPr>
      <w:r w:rsidRPr="00212DA6">
        <w:t>_____________________________________</w:t>
      </w:r>
    </w:p>
    <w:p w14:paraId="2866DE5C" w14:textId="2DFFC3B8" w:rsidR="00212DA6" w:rsidRPr="00212DA6" w:rsidRDefault="00212DA6" w:rsidP="00A83A56">
      <w:pPr>
        <w:spacing w:after="0"/>
        <w:ind w:left="-851" w:right="-858"/>
      </w:pPr>
    </w:p>
    <w:p w14:paraId="480429FB" w14:textId="62CB6E9A" w:rsidR="00212DA6" w:rsidRPr="00212DA6" w:rsidRDefault="00212DA6" w:rsidP="00A83A56">
      <w:pPr>
        <w:spacing w:after="0"/>
        <w:ind w:left="-851" w:right="-858"/>
      </w:pPr>
    </w:p>
    <w:p w14:paraId="315F03C8" w14:textId="2520D079" w:rsidR="00212DA6" w:rsidRPr="00212DA6" w:rsidRDefault="00212DA6" w:rsidP="00A83A56">
      <w:pPr>
        <w:spacing w:after="0"/>
        <w:ind w:left="-851" w:right="-858"/>
      </w:pPr>
    </w:p>
    <w:sectPr w:rsidR="00212DA6" w:rsidRPr="00212DA6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0BD34" w14:textId="77777777" w:rsidR="008B2900" w:rsidRDefault="008B2900" w:rsidP="008B2900">
      <w:pPr>
        <w:spacing w:after="0" w:line="240" w:lineRule="auto"/>
      </w:pPr>
      <w:r>
        <w:separator/>
      </w:r>
    </w:p>
  </w:endnote>
  <w:endnote w:type="continuationSeparator" w:id="0">
    <w:p w14:paraId="38057206" w14:textId="77777777" w:rsidR="008B2900" w:rsidRDefault="008B2900" w:rsidP="008B2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1305E" w14:textId="77777777" w:rsidR="00C00D4E" w:rsidRDefault="00C00D4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169E5" w14:textId="793045E5" w:rsidR="008B2900" w:rsidRPr="00212DA6" w:rsidRDefault="008B2900" w:rsidP="008B2900">
    <w:pPr>
      <w:spacing w:after="0"/>
      <w:ind w:left="-851" w:right="-858"/>
    </w:pPr>
    <w:r w:rsidRPr="00212DA6">
      <w:t xml:space="preserve">(*) </w:t>
    </w:r>
    <w:r w:rsidRPr="008B2900">
      <w:rPr>
        <w:sz w:val="18"/>
        <w:szCs w:val="18"/>
      </w:rPr>
      <w:t xml:space="preserve">correzione apportata in forza del deliberato di C.C. n. 06 del 24.02.2026, art. </w:t>
    </w:r>
    <w:r w:rsidR="00C00D4E">
      <w:rPr>
        <w:sz w:val="18"/>
        <w:szCs w:val="18"/>
      </w:rPr>
      <w:t>6</w:t>
    </w:r>
    <w:r w:rsidRPr="008B2900">
      <w:rPr>
        <w:sz w:val="18"/>
        <w:szCs w:val="18"/>
      </w:rPr>
      <w:t xml:space="preserve"> comma 12 (Cercola il 28/04/2026)</w:t>
    </w:r>
  </w:p>
  <w:p w14:paraId="5CB27858" w14:textId="77777777" w:rsidR="008B2900" w:rsidRDefault="008B290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94A97" w14:textId="77777777" w:rsidR="00C00D4E" w:rsidRDefault="00C00D4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BE311" w14:textId="77777777" w:rsidR="008B2900" w:rsidRDefault="008B2900" w:rsidP="008B2900">
      <w:pPr>
        <w:spacing w:after="0" w:line="240" w:lineRule="auto"/>
      </w:pPr>
      <w:r>
        <w:separator/>
      </w:r>
    </w:p>
  </w:footnote>
  <w:footnote w:type="continuationSeparator" w:id="0">
    <w:p w14:paraId="1859608D" w14:textId="77777777" w:rsidR="008B2900" w:rsidRDefault="008B2900" w:rsidP="008B2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69C0F" w14:textId="77777777" w:rsidR="00C00D4E" w:rsidRDefault="00C00D4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81B26" w14:textId="77777777" w:rsidR="00C00D4E" w:rsidRDefault="00C00D4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BB3EC" w14:textId="77777777" w:rsidR="00C00D4E" w:rsidRDefault="00C00D4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2938179">
    <w:abstractNumId w:val="8"/>
  </w:num>
  <w:num w:numId="2" w16cid:durableId="1351760784">
    <w:abstractNumId w:val="6"/>
  </w:num>
  <w:num w:numId="3" w16cid:durableId="738095884">
    <w:abstractNumId w:val="5"/>
  </w:num>
  <w:num w:numId="4" w16cid:durableId="1889951987">
    <w:abstractNumId w:val="4"/>
  </w:num>
  <w:num w:numId="5" w16cid:durableId="598022722">
    <w:abstractNumId w:val="7"/>
  </w:num>
  <w:num w:numId="6" w16cid:durableId="1460495239">
    <w:abstractNumId w:val="3"/>
  </w:num>
  <w:num w:numId="7" w16cid:durableId="739865815">
    <w:abstractNumId w:val="2"/>
  </w:num>
  <w:num w:numId="8" w16cid:durableId="647367819">
    <w:abstractNumId w:val="1"/>
  </w:num>
  <w:num w:numId="9" w16cid:durableId="1490823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2DA6"/>
    <w:rsid w:val="0029639D"/>
    <w:rsid w:val="00326F90"/>
    <w:rsid w:val="006E3AA5"/>
    <w:rsid w:val="008B2900"/>
    <w:rsid w:val="00A4341A"/>
    <w:rsid w:val="00A83A56"/>
    <w:rsid w:val="00AA1D8D"/>
    <w:rsid w:val="00B47730"/>
    <w:rsid w:val="00C00D4E"/>
    <w:rsid w:val="00CB0664"/>
    <w:rsid w:val="00E07B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D9A156"/>
  <w14:defaultImageDpi w14:val="300"/>
  <w15:docId w15:val="{6D4CE936-5330-419E-81F9-422C99C44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8857FD-5E50-4045-A741-E93292D97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carmela piscopo</cp:lastModifiedBy>
  <cp:revision>4</cp:revision>
  <dcterms:created xsi:type="dcterms:W3CDTF">2013-12-23T23:15:00Z</dcterms:created>
  <dcterms:modified xsi:type="dcterms:W3CDTF">2026-04-28T08:50:00Z</dcterms:modified>
  <cp:category/>
</cp:coreProperties>
</file>